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การเตรียมโครงการและแพ็กเกจ]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การเตรียมฐานข้อมูลสำหรับการติดตั้งใหม่]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การตั้งค่าบริการ Dart และผู้ให้บริการภายนอก]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 Android และเปิดแอปนักท่องเที่ยว]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ก-1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การเปิดระบบด้วย start_tourapp bat]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การตรวจความพร้อมหลังติดตั้ง]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