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การเตรียมโครงการและแพ็กเกจ]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การเตรียมฐานข้อมูลสำหรับการติดตั้งใหม่]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การตั้งค่าบริการ Dart และผู้ให้บริการภายนอก]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ข-1 แสดงหน้าแรกเมื่อเปิดแอปนักท่องเที่ยวได้ ใช้ภาพร่วมกับ ข.1.1; ภาพนี้ไม่ใช่หลักฐานการติดตั้ง SDK หรือการเชื่อมต่อฐานข้อมูล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ก-1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การเปิดระบบด้วย start_tourapp bat]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ก-1 และ ข-1 ร่วมกันเพื่อเทียบหน้าล็อกอิน Portal และหน้าแรกแอปที่เปิดได้ การยืนยันการเชื่อมต่อฐานข้อมูลและความพร้อมครบระบบให้ตรวจตามขั้นตอนด้านล่าง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การดูและแก้ไขโปรไฟล์]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โปรไฟล์ของฉัน เพื่อตรวจชื่อ นามสกุล อีเมล และเบอร์โทรศัพท์ แก้ข้อมูลติดต่อที่ต้องการแล้วกด บันทึก หรือ บันทึกการเปลี่ยนแปลง รอข้อความยืนยันจากระบบก่อนกลับหน้าหลัก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ข-3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ข-4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ข-5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ข-6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สถานะรอจับคู่และกรอบเวลา 24 ชั่วโมง]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หลังบันทึกความต้องการ หากยังไม่มีสมาชิกที่เหมาะสมเพียงพอ หน้าสถานะจะแสดง กำลังค้นหาเพื่อนร่วมทริป พร้อมข้อมูลความต้องการและเวลาคงเหลือ ค่าเริ่มต้นของบริการกำหนดการรอ 24 ชั่วโมง แต่เครื่องทดสอบอาจตั้งค่าระยะเวลาต่างกันได้ จึงควรยึดเวลาที่แสดงบนหน้าจอ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ข-2 ร่วมกันเพื่อแสดงหน้าสำหรับเข้าสู่ระบบด้วยบัญชีถัดไป ภาพนี้ไม่แสดงปุ่มออกจากกลุ่มหรือยืนยันว่ามีการออกจากกลุ่มแล้ว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ข.2 คู่มือสำหรับบริษัทนำเที่ยว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 การเข้าสู่ระบบบริษัทนำเที่ยว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ข-7 การเข้าสู่ระบบบริษัทนำเที่ยว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เปิดเว็บ Portal ที่ /agency/login กรอกชื่อผู้ใช้หรืออีเมลและรหัสผ่านของบริษัท แล้วกดเข้าสู่ระบบ บัญชีบริษัทแยกจากบัญชีนักท่องเที่ยวและผู้ดูแล เมื่อเข้าสู่ระบบระบบตรวจข้อมูลบริษัทและสถานะก่อนแสดงเมนูที่ใช้ได้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บริษัทที่ยังรอตรวจสอบสามารถเข้าสู่ระบบเพื่อติดตามสถานะได้ แต่ยังส่งข้อเสนอไม่ได้ หากระบบแจ้ง session หมดอายุให้เข้าสู่ระบบใหม่ และไม่ใช้บัญชีของบริษัทอื่นเพื่ออ่านข้อมูลหรือส่งแพ็กเกจ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ข.2.2 การสมัครบริษัทและแนบใบอนุญาต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regist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ข-8 การสมัครบริษัทและแนบใบอนุญาต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เลือกสมัครบริษัทนำเที่ยวที่ /agency/register กรอกชื่อบริษัท ผู้ติดต่อ อีเมล โทรศัพท์ ที่อยู่ เลขที่ใบอนุญาต ชื่อผู้ใช้ รหัสผ่านและยืนยันรหัสผ่าน แนบใบอนุญาตเป็น PDF, JPG หรือ PNG ขนาดไม่เกิน 5 MB ตามแบบฟอร์ม รหัสผ่านของบริษัทกำหนดอย่างน้อย 8 ตัว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ตรวจข้อมูลแล้วส่งใบสมัคร เมื่อสำเร็จระบบพากลับไปเข้าสู่ระบบเพื่อตรวจสถานะการอนุมัติ การส่งใบสมัครไม่ทำให้บัญชีผ่านตรวจทันที เอกสารสำหรับการสาธิตควรระบุ DEMO และไม่ใช้ใบอนุญาตหรือข้อมูลส่วนบุคคลของผู้อื่น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ข.2.3 การตรวจสถานะอนุมัติและข้อมูลบริษัท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การตรวจสถานะอนุมัติและข้อมูลบริษัท]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หลังเข้าสู่ระบบเปิด ภาพรวม หรือ สถานะบัญชี ตรวจชื่อบริษัท เลขใบอนุญาต ผู้ประสานงานและสถานะ approved, pending, rejected หรือ suspended หากมีหมายเหตุจากผู้ดูแลให้อ่านเพื่อทราบสาเหตุหรือสิ่งที่ต้องแก้ไข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 approved จึงเปิด Lead Marketplace และหน้าส่งข้อเสนอได้ หน้าปัจจุบันแสดงข้อมูลบริษัทจากบัญชี แต่ไม่มีเส้นทางแก้โปรไฟล์บริษัทแยกใน Portal หากข้อมูลไม่ถูกต้องให้ประสานผู้ดูแลตามวิธีที่หน่วยงานกำหนด ไม่ถือว่าบันทึกแก้ไขได้จากหน้าภาพรวม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ข.2.4 การค้นหากลุ่มใน Lead Marketplace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การค้นหากลุ่มใน Lead Marketplace]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บริษัทที่อนุมัติแล้วเปิด Lead Marketplace เพื่อดูเฉพาะกลุ่มที่ระบบพร้อมรับข้อเสนอ ตรวจปลายทาง จำนวนสมาชิก ช่วงเดินทางและงบประมาณ แล้วใช้ตัวกรองที่แสดงเพื่อหากลุ่มที่บริษัทสามารถจัดบริการได้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รายการนี้ใช้สำหรับวิเคราะห์โอกาสเสนอราคา ไม่ใช่การเพิ่มสมาชิกหรือสร้างกลุ่มแทนนักท่องเที่ยว บริษัทไม่ควรสรุปว่าทุกกลุ่มเปิดรับข้อเสนอจากรายการข้อมูลทริปทั่วไป ต้องตรวจสถานะและรายละเอียดใน Lead Marketplace ก่อน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ข.2.5 การอ่านรายละเอียดกลุ่มและความต้องการรวม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การอ่านรายละเอียดกลุ่มและความต้องการรวม]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 lead ที่สนใจ ตรวจปลายทางสุดท้าย ช่วงเดินทาง งบเฉลี่ย ช่วงงบและขนาดกลุ่ม ใช้สรุปความสนใจ ผลสำรวจเมืองและสถานที่ของกลุ่มเพื่อเตรียมแพ็กเกจให้ตรงกับข้อมูลที่ระบบสรุปแล้ว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ข้อมูลสำหรับเสนอราคาเป็นข้อมูลรวมของกลุ่ม บริษัทไม่ควรขอหรือเปิดเผยว่าใครลงคะแนนให้ตัวเลือกใด และไม่ใช้เอกสารส่วนตัวของนักท่องเที่ยวประกอบภาพเสนอราคา หากหน้าจอแสดงรายละเอียดความต้องการที่ไม่ระบุตัวตน ให้ใช้เพื่อจัดบริการโดยไม่พยายามเชื่อมกลับไปหาบุคคล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ข.2.6 การเตรียมราคาและโปรแกรม PDF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การเตรียมราคาและโปรแกรม PDF]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ก่อนส่งข้อเสนอ เตรียมชื่อแพ็กเกจ รายละเอียดโปรแกรม สิ่งที่รวมและเงื่อนไข ราคาต่อคนเป็นจำนวนที่มากกว่า 0 และโปรแกรมทัวร์ PDF ไม่เกิน 5 MB ให้ปลายทางและกิจกรรมสัมพันธ์กับผลเมืองและความสนใจของกลุ่ม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สำหรับการสาธิตให้ตั้งชื่อไฟล์และเนื้อหาว่า DEMO อย่างชัดเจน และใช้ข้อมูลตัวอย่างที่ไม่อ้างการขายจริง การเตรียม PDF ในเครื่องยังไม่ใช่การส่งข้อเสนอ ต้องเลือกไฟล์และยืนยันจากแบบฟอร์ม Portal ส่วนหน้าเสนอราคา Flutter ที่มีในโค้ดเป็น UI สาธิตซึ่งไม่อัปโหลดไฟล์จริง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ข.2.7 การอัปโหลดและส่งข้อเสนอ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การอัปโหลดและส่งข้อเสนอ]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 lead เลือก ส่งข้อเสนอให้กลุ่มนี้ กรอกชื่อแพ็กเกจ ราคาต่อคนและรายละเอียด เลือกไฟล์ PDF ที่เตรียมแล้วตรวจข้อมูลอีกครั้ง กด ยืนยันส่งข้อเสนอ ระบบผูกข้อเสนอกับกลุ่มและบริษัทที่เข้าสู่ระบบโดยอัตโนมัติ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เมื่อบันทึกสำเร็จระบบเปลี่ยนไปหน้ารายละเอียดข้อเสนอ หากแจ้งไฟล์หรือราคาไม่ถูกต้องให้แก้ก่อนส่งใหม่ การแสดงชื่อไฟล์ในแบบฟอร์มเป็นเพียงการเลือกไฟล์ ต้องรอผลการส่งสำเร็จเพื่อยืนยันว่าข้อเสนอถูกเก็บแล้ว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ข.2.8 การติดตามข้อเสนอและสถานะ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การติดตามข้อเสนอและสถานะ]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ข้อเสนอของฉัน เพื่อดูแพ็กเกจ กลุ่ม ราคาและสถานะของบริษัท เปิดรายละเอียดแต่ละรายการเพื่อตรวจข้อมูลที่ส่งและโปรแกรมที่แนบ เมื่อต้องเปลี่ยนข้อมูลหรือยกเลิกใช้เฉพาะปุ่มที่ระบบเปิดให้ในสถานะนั้น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ข้อเสนอของกลุ่มที่จบหรือยุบแล้วแสดงในประวัติข้อเสนอและไม่สามารถแก้ไขหรือยกเลิกตามหน้าจอ ประวัตินี้เป็นฝั่งบริษัทสำหรับติดตามการเสนอราคา ไม่ใช่หน้าประวัติทริปแยกของนักท่องเที่ยว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ข.2.9 การอ่านผลโหวตและข้อเสนอที่ชนะ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การอ่านผลโหวตและข้อเสนอที่ชนะ]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ตรวจสถานะรอบโหวตและผลรวมในรายละเอียดข้อเสนอ รอจนบริการประกาศผู้ชนะก่อนถือว่าบริษัทได้รับทริป หากคะแนนยังไม่ครบหรือเสมอให้ยึดสถานะรอบที่ระบบแจ้ง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บริษัทอ่านจำนวนคะแนนรวมและผลของข้อเสนอได้ตามสิทธิ์ ไม่ควรอ้างว่าสามารถดูคะแนนรายนักท่องเที่ยวหรือระบุสมาชิกที่เลือกบริษัทใด เมื่อข้อเสนอเป็นผู้ชนะที่ประกาศแล้วจึงดำเนินงานกับสมาชิกและข้อมูลทริปตามหน้าที่ระบบเปิดให้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ข.2.10 การตรวจเอกสารนักท่องเที่ยวของทริปที่ชนะ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การตรวจเอกสารนักท่องเที่ยวของทริปที่ชนะ]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เปิดเมนูนักท่องเที่ยวของบริษัทเพื่อตรวจรายการเอกสารเฉพาะทริปที่มีสิทธิ์ เปิดรายละเอียดการส่งเอกสารผ่านช่องทาง private อ่านข้อมูลที่จำเป็น ตรวจไฟล์และสถานะ แล้วบันทึกผลตรวจตามตัวเลือก เช่นผ่านตรวจหรือขอแก้ไข พร้อมหมายเหตุที่ชัดเจน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สิทธิ์ดูเอกสารหลังได้รับทริปแตกต่างจากช่วงเสนอราคา ซึ่งไม่เปิดเอกสารส่วนตัว บริษัทต้องไม่บันทึกภาพ Passport ข้อมูลติดต่อฉุกเฉินหรือไฟล์ส่วนตัวลงเอกสารสาธารณะ และไม่ตรวจรายการของกลุ่มที่บริษัทไม่ได้เป็นผู้ชนะ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ข.2.11 การจัดการนัดหมายและสถานะทริป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การจัดการนัดหมายและสถานะทริป]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ทริปและความพร้อม เพื่อดูกลุ่มที่บริษัทชนะแล้ว ตรวจ payment เอกสารและความพร้อมของสมาชิก กรอกวันเวลา จุดนัดหมาย ผู้ประสานงาน เบอร์ติดต่อและหมายเหตุ แล้วกด บันทึกข้อมูลนัดหมาย เพื่อให้ข้อมูลปรากฏใน Trip Hub 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เลือกสถานะกำลังเตรียมตัว พร้อมเดินทาง กำลังเดินทาง หรือจบทริป พร้อมความต้องการ Visa/ETA และสถานะเอกสารที่เกี่ยวข้อง แล้วกด อัปเดตสถานะ บันทึกตามการดำเนินงานจริงและเงื่อนไขที่บริการตรวจ ไม่เปลี่ยนเป็นจบทริปเพียงเพื่อให้ผู้ใช้กดรีวิวในการใช้งานจริง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ข.2.12 คะแนนบริษัทและการออกจากระบบ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ข-7 ร่วมกันเพื่อแสดงหน้าล็อกอินบริษัทสำหรับเข้าใช้งานครั้งถัดไป ภาพนี้ไม่ใช่หน้าคะแนนบริษัท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คะแนนบริษัทจากทริปที่ตรวจสอบแล้วแสดงในหน้าข้อมูลบริษัทของแอปนักท่องเที่ยวเมื่อมีรีวิว ใน Portal ที่ตรวจยังไม่มีหน้า dashboard คะแนนบริษัทแยก จึงไม่อธิบายเมนูคะแนนที่ไม่ได้มีจริง บริษัทติดตามข้อเสนอและประวัติที่ Portal เปิดให้ได้ตามบทบาท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เมื่อเสร็จงานเลือกออกจากระบบจากเมนูบัญชี และตรวจว่าเว็บกลับไปหน้าที่ต้องเข้าสู่ระบบ การออกจากระบบไม่ยกเลิกข้อเสนอหรือทริปที่บันทึกไว้ หากจะเปลี่ยนรายการต้องทำผ่านหน้ารายการนั้นตามสถานะและสิทธิ์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ข.3 คู่มือสำหรับผู้ดูแลระบบ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ข.3.1 การเข้าสู่ระบบผู้ดูแล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_log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ข-9 การเข้าสู่ระบบผู้ดูแล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/admin/login ใน Portal กรอกชื่อผู้ใช้หรืออีเมลและรหัสผ่านของบัญชีผู้ดูแลที่หน่วยงานจัดเตรียม แล้วเข้าสู่ระบบ ระบบพาไปหน้ารายการบริษัทนำเที่ยว ผู้ดูแลไม่ใช้บัญชีบริษัทหรือนักท่องเที่ยวแทนบัญชีบทบาทนี้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เมื่อพบข้อผิดพลาดให้ตรวจข้อมูลบัญชีและการเชื่อมต่อบริการ หาก session หมดอายุให้เข้าสู่ระบบใหม่ บัญชีผู้ดูแลเริ่มต้นต้องกำหนดในฝั่งบริการตามภาคผนวก ก คู่มือไม่แสดงรหัสผ่านหรือข้อมูลลับของบัญชีใด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ข.3.2 หน้าหลักผู้ดูแลและจำนวนรายการ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หน้าหลักผู้ดูแลและจำนวนรายการ]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หลังเข้าสู่ระบบใช้เมนูบริษัทนำเที่ยว ผู้ใช้งาน และกลุ่มท่องเที่ยวเพื่อเปิดข้อมูลตามหน้าที่ หน้าหลักผู้ดูแลปัจจุบันคือ /admin/agencies ซึ่งแสดงจำนวนบริษัทที่โหลดและรายการตามสถานะที่เลือก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จำนวนบริษัท บัญชีผู้ใช้หรือกลุ่มที่แสดงเป็นจำนวนรายการของข้อมูลและตัวกรองที่เปิดอยู่ ไม่ใช่สถิติภาพรวมทุกช่วงเวลา ไม่มีหน้า dashboard กราฟหรือเส้นทาง /admin/dashboard แยกใน Portal รุ่นที่ตรวจ หากต้องทำรายงานสถิติควรอธิบายช่วงข้อมูลและตัวกรองให้ชัดเจน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ข.3.3 การค้นหาและดูข้อมูลผู้ใช้งาน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การค้นหาและดูข้อมูลผู้ใช้งาน]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ผู้ใช้งาน กรอกคำค้นชื่อ ชื่อผู้ใช้ อีเมลหรือโทรศัพท์ และเลือกกรองทุกสถานะ ใช้งานอยู่ ถูกระงับหรือไม่ใช้งาน กดค้นหาแล้วเปิด ดูรายละเอียด เพื่อตรวจข้อมูลบัญชี กลุ่มปัจจุบันและสถานะ matching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หน้ารายละเอียดแสดงประวัติสถานะเมื่อมีข้อมูล ผู้ดูแลควรตรวจชื่อบัญชีและเหตุผลก่อนทำรายการ หน้านี้ไม่แสดง Passport สลิปหรือเอกสารส่วนตัว จึงไม่ใช้การจัดการบัญชีเป็นช่องทางเข้าถึงเอกสารเหล่านั้น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ข.3.4 การระงับและเปิดใช้งานบัญชีนักท่องเที่ยว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การระงับและเปิดใช้งานบัญชีนักท่องเที่ยว]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จากรายละเอียดผู้ใช้เลือก ระงับบัญชี หรือ เปิดใช้งานบัญชี ตามสถานะปัจจุบัน เมื่อระงับต้องกรอกเหตุผล อ่านผลกระทบในหน้าต่างยืนยันแล้วกดยืนยัน รอผลตอบกลับและตรวจสถานะกับประวัติอีกครั้ง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การระงับตัด session และปิดการทำรายการของผู้ใช้ตามฝั่งบริการ จึงต้องตรวจบัญชีเป้าหมายและเหตุผลก่อนยืนยัน การเปลี่ยนสถานะเป็นการจัดการสิทธิ์ใช้งานบัญชี ไม่ใช่หน้าเปลี่ยนบทบาทเป็นบริษัทหรือผู้ดูแล ไม่มีการสอนแก้สิทธิ์แบบกำหนดเองที่ไม่ปรากฏในหน้าจอ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ข.3.5 การตรวจบริษัทและใบอนุญาต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การตรวจบริษัทและใบอนุญาต]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บริษัทนำเที่ยว เลือกสถานะที่ต้องการ แล้วกด ตรวจสอบ ในแถวบริษัท ตรวจข้อมูลผู้ติดต่อ อีเมล โทรศัพท์ ที่อยู่และเลขใบอนุญาต เปิด ดูใบอนุญาต เพื่อดูไฟล์ผ่านช่องทางที่ตรวจสิทธิ์ของผู้ดูแล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หากไม่มีไฟล์ใบอนุญาตระบบแจ้งว่าไม่สามารถอนุมัติได้ ตรวจข้อมูลและเอกสารให้สัมพันธ์กันก่อนเลือกผล พิจารณาจากหลักฐานจริงของบริษัท ไม่ใช้ไฟล์ DEMO เป็นใบอนุญาตผ่านตรวจในการใช้งานจริง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ข.3.6 การอนุมัติ ปฏิเสธและระงับบริษัท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การอนุมัติ ปฏิเสธและระงับบริษัท]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จากหน้ารายละเอียดบริษัทเลือก อนุมัติ ปฏิเสธ หรือ ระงับ กรอกหมายเหตุสำหรับบริษัทเมื่อมี อ่านผลกระทบในหน้าต่างยืนยัน แล้วกดยืนยันรายการ เมื่อบริการบันทึกสำเร็จตรวจสถานะและหมายเหตุล่าสุดอีกครั้ง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การอนุมัติเปิดสิทธิ์ Lead Marketplace และการส่งข้อเสนอ ส่วนการปฏิเสธหรือระงับปิดความสามารถขายตามสถานะ บัญชีบริษัทอาจยังเห็นหน้าติดตามสถานะได้ การเปลี่ยนสถานะจึงไม่ใช่การลบข้อมูลบริษัท และไม่ควรยืนยันจากเพียงสีของปุ่มก่อนรับผลจากบริการ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ข.3.7 การตรวจกลุ่มและสถานะกระบวนการ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การตรวจกลุ่มและสถานะกระบวนการ]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กลุ่มท่องเที่ยว ใช้คำค้นและตัวกรองสถานะหรือประเภท แล้วดูรายละเอียดกลุ่ม ตรวจปลายทาง เดือนเดินทาง จำนวนสมาชิก ประเภท Automatic หรือ Manual สถานะกลุ่ม Voting, Journey และกำหนดเวลาที่มี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หน้ากลุ่มมีเครื่องมือสำหรับการพัฒนาบางรายการ เช่นนำสมาชิกออกหรือรีเซ็ตกลุ่มทดสอบซึ่งต้องผ่านเงื่อนไขและหน้าต่างยืนยัน เครื่องมือดังกล่าวใช้เฉพาะงานพัฒนาที่ได้รับอนุญาต ผู้ดูแลควรใช้ข้อมูลสถานะเพื่อประสานปัญหาตามหน้าที่ และไม่ใช้เครื่องมือรีเซ็ตกับกลุ่มธุรกิจ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ข.3.8 การใช้งานตามบทบาทและออกจากระบบ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t>ใช้ภาพประกอบที่ ข-9 ร่วมกันเพื่อแสดงหน้าล็อกอินผู้ดูแลสำหรับเข้าใช้งานครั้งถัดไป ไม่ใช้ภาพนี้เป็นหลักฐานการเปลี่ยนสิทธิ์บัญชี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ผู้ดูแลใช้สิทธิ์ตรวจบัญชีและบริษัทผ่าน session ของตน ส่วนบริษัทใช้สิทธิ์เสนอราคาและดูแลทริปที่ชนะ นักท่องเที่ยวใช้สิทธิ์ preference กลุ่มและการเดินทางของตน Portal ตรวจ session และสถานะอนุมัติก่อนเปิดเส้นทางที่ป้องกันไว้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เมื่อเสร็จงานเลือกออกจากระบบและตรวจว่าต้องเข้าสู่ระบบก่อนกลับมาหน้าผู้ดูแล ไม่มีหน้าจัดการตารางสิทธิ์แบบอิสระหรือหน้าสถิติแยกในเส้นทางปัจจุบัน คู่มือจึงอธิบายสิทธิ์จากบทบาทและสถานะที่ระบบมีจริง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